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38803" w14:textId="77777777" w:rsidR="00A713C7" w:rsidRDefault="00D6452F">
      <w:pPr>
        <w:spacing w:after="20"/>
        <w:jc w:val="center"/>
      </w:pPr>
      <w:r>
        <w:rPr>
          <w:rFonts w:ascii="Century Gothic" w:hAnsi="Century Gothic"/>
          <w:b/>
          <w:sz w:val="30"/>
        </w:rPr>
        <w:t>Chapel St Leonards Primary School &amp; Nursery</w:t>
      </w:r>
    </w:p>
    <w:p w14:paraId="40A5DA3E" w14:textId="77777777" w:rsidR="00A713C7" w:rsidRDefault="00D6452F">
      <w:pPr>
        <w:spacing w:after="20"/>
        <w:jc w:val="center"/>
      </w:pPr>
      <w:r>
        <w:rPr>
          <w:rFonts w:ascii="Century Gothic" w:hAnsi="Century Gothic"/>
          <w:b/>
          <w:sz w:val="26"/>
        </w:rPr>
        <w:t>Computing - Cycle B Curriculum Overview Map</w:t>
      </w:r>
    </w:p>
    <w:p w14:paraId="35B25FCE" w14:textId="77777777" w:rsidR="00A713C7" w:rsidRDefault="00D6452F">
      <w:pPr>
        <w:spacing w:after="140"/>
        <w:jc w:val="center"/>
      </w:pPr>
      <w:r>
        <w:rPr>
          <w:rFonts w:ascii="Century Gothic" w:hAnsi="Century Gothic"/>
          <w:i/>
          <w:sz w:val="18"/>
        </w:rPr>
        <w:t>Ambition for All, Limits for None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00"/>
        <w:gridCol w:w="2200"/>
        <w:gridCol w:w="2200"/>
        <w:gridCol w:w="2200"/>
        <w:gridCol w:w="2200"/>
        <w:gridCol w:w="2200"/>
      </w:tblGrid>
      <w:tr w:rsidR="00A713C7" w14:paraId="7322874F" w14:textId="77777777">
        <w:tc>
          <w:tcPr>
            <w:tcW w:w="2268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122F2A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Class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A8231E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80CF7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63C1E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6D234F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F09ACA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6F126C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2</w:t>
            </w:r>
          </w:p>
        </w:tc>
      </w:tr>
      <w:tr w:rsidR="00A713C7" w14:paraId="7B981D44" w14:textId="77777777">
        <w:trPr>
          <w:trHeight w:val="1500"/>
        </w:trPr>
        <w:tc>
          <w:tcPr>
            <w:tcW w:w="2268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ADC5E2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Seashells (KS1 - Years 1/2)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8D1D09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Computer systems and networks - IT and technology Around Us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9FA302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Digital Writing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D5B2C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Digital Writing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F597D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B: Programming Animations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78D439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Data and Information - Grouping Data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7250F1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Digital Music</w:t>
            </w:r>
          </w:p>
        </w:tc>
      </w:tr>
      <w:tr w:rsidR="00A713C7" w14:paraId="5CCA4776" w14:textId="77777777">
        <w:trPr>
          <w:trHeight w:val="1500"/>
        </w:trPr>
        <w:tc>
          <w:tcPr>
            <w:tcW w:w="2268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7B33D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Jellyfish (LKS2 - Years 3/4)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93F69D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Computing systems and networks - connecting computers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68BB81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Desktop Publishing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EE0EDE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Desktop Publishing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BD2DAB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Events and actions in programs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8DDCDA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Photo Editing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E680B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Repetition in games</w:t>
            </w:r>
          </w:p>
        </w:tc>
      </w:tr>
      <w:tr w:rsidR="00A713C7" w14:paraId="5F740505" w14:textId="77777777">
        <w:trPr>
          <w:trHeight w:val="1500"/>
        </w:trPr>
        <w:tc>
          <w:tcPr>
            <w:tcW w:w="2268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244F0F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Corals (UKS2 - Years 5/6)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F9E072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Computing systems and networks - systems and searching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441C4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Introduction to vector graphics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FBD991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Selection in quizzes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D64F98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Web page creation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82B60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Sensing Movement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4BB59" w14:textId="77777777" w:rsidR="00A713C7" w:rsidRDefault="00D6452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- 3D Modelling</w:t>
            </w:r>
          </w:p>
        </w:tc>
      </w:tr>
    </w:tbl>
    <w:p w14:paraId="00F179CC" w14:textId="77777777" w:rsidR="00A713C7" w:rsidRDefault="00D6452F">
      <w:pPr>
        <w:spacing w:before="100"/>
        <w:jc w:val="center"/>
      </w:pPr>
      <w:r>
        <w:rPr>
          <w:rFonts w:ascii="Century Gothic" w:hAnsi="Century Gothic"/>
          <w:i/>
          <w:sz w:val="14"/>
        </w:rPr>
        <w:t>Cycle B overview drawn directly from the whole-year long-term plans for Seashells, Jellyfish and Corals.</w:t>
      </w:r>
    </w:p>
    <w:sectPr w:rsidR="00A713C7" w:rsidSect="00034616">
      <w:pgSz w:w="16838" w:h="11906" w:orient="landscape"/>
      <w:pgMar w:top="567" w:right="425" w:bottom="567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7322337">
    <w:abstractNumId w:val="8"/>
  </w:num>
  <w:num w:numId="2" w16cid:durableId="1733693650">
    <w:abstractNumId w:val="6"/>
  </w:num>
  <w:num w:numId="3" w16cid:durableId="97648711">
    <w:abstractNumId w:val="5"/>
  </w:num>
  <w:num w:numId="4" w16cid:durableId="603265988">
    <w:abstractNumId w:val="4"/>
  </w:num>
  <w:num w:numId="5" w16cid:durableId="1473788465">
    <w:abstractNumId w:val="7"/>
  </w:num>
  <w:num w:numId="6" w16cid:durableId="1132164913">
    <w:abstractNumId w:val="3"/>
  </w:num>
  <w:num w:numId="7" w16cid:durableId="280571808">
    <w:abstractNumId w:val="2"/>
  </w:num>
  <w:num w:numId="8" w16cid:durableId="1154032127">
    <w:abstractNumId w:val="1"/>
  </w:num>
  <w:num w:numId="9" w16cid:durableId="143617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66CA8"/>
    <w:rsid w:val="00A713C7"/>
    <w:rsid w:val="00AA1D8D"/>
    <w:rsid w:val="00B47730"/>
    <w:rsid w:val="00CB0664"/>
    <w:rsid w:val="00D6452F"/>
    <w:rsid w:val="00E54E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280E0"/>
  <w14:defaultImageDpi w14:val="300"/>
  <w15:docId w15:val="{281B0230-C5D0-42FF-8F6F-9E0E2DD3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2026-08-29T11:30:00Z</dcterms:created>
  <dcterms:modified xsi:type="dcterms:W3CDTF">2026-08-29T11:30:00Z</dcterms:modified>
  <cp:category/>
</cp:coreProperties>
</file>