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4AC1" w14:textId="77777777" w:rsidR="009F5A25" w:rsidRDefault="00940E3C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4BA7982E" w14:textId="77777777" w:rsidR="009F5A25" w:rsidRDefault="00940E3C">
      <w:pPr>
        <w:spacing w:after="20"/>
        <w:jc w:val="center"/>
      </w:pPr>
      <w:r>
        <w:rPr>
          <w:rFonts w:ascii="Century Gothic" w:hAnsi="Century Gothic"/>
          <w:b/>
          <w:sz w:val="26"/>
        </w:rPr>
        <w:t>Geography - Cycle B Curriculum Overview Map</w:t>
      </w:r>
    </w:p>
    <w:p w14:paraId="7785F892" w14:textId="77777777" w:rsidR="009F5A25" w:rsidRDefault="00940E3C">
      <w:pPr>
        <w:spacing w:after="14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00"/>
        <w:gridCol w:w="2200"/>
        <w:gridCol w:w="2200"/>
        <w:gridCol w:w="2200"/>
        <w:gridCol w:w="2200"/>
        <w:gridCol w:w="2200"/>
      </w:tblGrid>
      <w:tr w:rsidR="009F5A25" w14:paraId="7B89D7BD" w14:textId="77777777">
        <w:tc>
          <w:tcPr>
            <w:tcW w:w="2268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DED67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965B4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F89B2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273AB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5C204A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4FA76D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6D3D7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9F5A25" w14:paraId="6495906F" w14:textId="77777777">
        <w:trPr>
          <w:trHeight w:val="1500"/>
        </w:trPr>
        <w:tc>
          <w:tcPr>
            <w:tcW w:w="2268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65895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(KS1 - Years 1/2)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12DC3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55F64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Where am I?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895918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2BB86C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Would you prefer to live in a hot or cold place?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EE4BF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AA413C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can you see at the coast?</w:t>
            </w:r>
          </w:p>
        </w:tc>
      </w:tr>
      <w:tr w:rsidR="009F5A25" w14:paraId="78DE07C6" w14:textId="77777777">
        <w:trPr>
          <w:trHeight w:val="1500"/>
        </w:trPr>
        <w:tc>
          <w:tcPr>
            <w:tcW w:w="2268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2D30E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(LKS2 - Years 3/4)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7AD09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B5E9CA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Why do people live near volcanoes?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6DB14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9F48EF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Why are rainforests important to us?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DDB47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2268E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Where does our food come from?</w:t>
            </w:r>
          </w:p>
        </w:tc>
      </w:tr>
      <w:tr w:rsidR="009F5A25" w14:paraId="54F22655" w14:textId="77777777">
        <w:trPr>
          <w:trHeight w:val="1500"/>
        </w:trPr>
        <w:tc>
          <w:tcPr>
            <w:tcW w:w="2268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DD303C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(UKS2 - Years 5/6)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070FF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BC293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Why does population change?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74565F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2539B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Why do oceans matter?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E13A9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-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7516A3" w14:textId="77777777" w:rsidR="009F5A25" w:rsidRDefault="00940E3C">
            <w:pPr>
              <w:jc w:val="center"/>
            </w:pPr>
            <w:r>
              <w:rPr>
                <w:rFonts w:ascii="Century Gothic" w:hAnsi="Century Gothic"/>
                <w:sz w:val="14"/>
              </w:rPr>
              <w:t>Can I carry out an independent field work enquiry?</w:t>
            </w:r>
          </w:p>
        </w:tc>
      </w:tr>
    </w:tbl>
    <w:p w14:paraId="68B570C7" w14:textId="77777777" w:rsidR="009F5A25" w:rsidRDefault="00940E3C">
      <w:pPr>
        <w:spacing w:before="100"/>
        <w:jc w:val="center"/>
      </w:pPr>
      <w:r>
        <w:rPr>
          <w:rFonts w:ascii="Century Gothic" w:hAnsi="Century Gothic"/>
          <w:i/>
          <w:sz w:val="14"/>
        </w:rPr>
        <w:t>Cycle B overview drawn directly from the whole-year long-term plans for Seashells, Jellyfish and Corals.</w:t>
      </w:r>
    </w:p>
    <w:sectPr w:rsidR="009F5A25" w:rsidSect="00034616">
      <w:pgSz w:w="16838" w:h="11906" w:orient="landscape"/>
      <w:pgMar w:top="567" w:right="425" w:bottom="567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361276">
    <w:abstractNumId w:val="8"/>
  </w:num>
  <w:num w:numId="2" w16cid:durableId="1998535713">
    <w:abstractNumId w:val="6"/>
  </w:num>
  <w:num w:numId="3" w16cid:durableId="660229791">
    <w:abstractNumId w:val="5"/>
  </w:num>
  <w:num w:numId="4" w16cid:durableId="1028262499">
    <w:abstractNumId w:val="4"/>
  </w:num>
  <w:num w:numId="5" w16cid:durableId="1461532302">
    <w:abstractNumId w:val="7"/>
  </w:num>
  <w:num w:numId="6" w16cid:durableId="2002467372">
    <w:abstractNumId w:val="3"/>
  </w:num>
  <w:num w:numId="7" w16cid:durableId="518592328">
    <w:abstractNumId w:val="2"/>
  </w:num>
  <w:num w:numId="8" w16cid:durableId="284506318">
    <w:abstractNumId w:val="1"/>
  </w:num>
  <w:num w:numId="9" w16cid:durableId="1927037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66CA8"/>
    <w:rsid w:val="00940E3C"/>
    <w:rsid w:val="009F5A25"/>
    <w:rsid w:val="00AA1D8D"/>
    <w:rsid w:val="00B47730"/>
    <w:rsid w:val="00CB0664"/>
    <w:rsid w:val="00CE4D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43729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2026-08-29T11:31:00Z</dcterms:created>
  <dcterms:modified xsi:type="dcterms:W3CDTF">2026-08-29T11:31:00Z</dcterms:modified>
  <cp:category/>
</cp:coreProperties>
</file>