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61A6" w14:textId="77777777" w:rsidR="00614BDF" w:rsidRDefault="0089604A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669C0707" w14:textId="77777777" w:rsidR="00614BDF" w:rsidRDefault="0089604A">
      <w:pPr>
        <w:spacing w:after="20"/>
        <w:jc w:val="center"/>
      </w:pPr>
      <w:r>
        <w:rPr>
          <w:rFonts w:ascii="Century Gothic" w:hAnsi="Century Gothic"/>
          <w:b/>
          <w:sz w:val="26"/>
        </w:rPr>
        <w:t>History - Cycle B Curriculum Overview Map</w:t>
      </w:r>
    </w:p>
    <w:p w14:paraId="0AC67CB3" w14:textId="77777777" w:rsidR="00614BDF" w:rsidRDefault="0089604A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614BDF" w14:paraId="4C604E87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A9ABE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F624F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B5123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4566D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445B9B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7B1224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3B7D6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614BDF" w14:paraId="7589DB06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17D51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151F6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is History?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52136D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FF3E6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How was school different in the past?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C73FB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FA2B38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is a Monarch?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58BE4F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</w:tr>
      <w:tr w:rsidR="00614BDF" w14:paraId="0B72E8EA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A47ED3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A2320D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Would you prefer to have lived in the Stone, Bronze or Iron Age?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670EE9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B3F9F5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did the Romans invade and settle in Britain?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8E267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25E51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did the Romans invade and settle in Britain?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C8F52E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</w:tr>
      <w:tr w:rsidR="00614BDF" w14:paraId="77D938CB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5E0E95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23F18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can the census tell us about the local area?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1B7B2C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511FC6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is the legacy of the ancient Greek civilisation?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3CD222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64F14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was the Sikh Empire?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454E1" w14:textId="77777777" w:rsidR="00614BDF" w:rsidRDefault="0089604A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</w:tr>
    </w:tbl>
    <w:p w14:paraId="6364AF1E" w14:textId="77777777" w:rsidR="00614BDF" w:rsidRDefault="0089604A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overview drawn directly from the whole-year long-term plans for Seashells, Jellyfish and Corals.</w:t>
      </w:r>
    </w:p>
    <w:sectPr w:rsidR="00614BDF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240949">
    <w:abstractNumId w:val="8"/>
  </w:num>
  <w:num w:numId="2" w16cid:durableId="1832065769">
    <w:abstractNumId w:val="6"/>
  </w:num>
  <w:num w:numId="3" w16cid:durableId="152141752">
    <w:abstractNumId w:val="5"/>
  </w:num>
  <w:num w:numId="4" w16cid:durableId="1625891024">
    <w:abstractNumId w:val="4"/>
  </w:num>
  <w:num w:numId="5" w16cid:durableId="1595895498">
    <w:abstractNumId w:val="7"/>
  </w:num>
  <w:num w:numId="6" w16cid:durableId="1742408561">
    <w:abstractNumId w:val="3"/>
  </w:num>
  <w:num w:numId="7" w16cid:durableId="1024525562">
    <w:abstractNumId w:val="2"/>
  </w:num>
  <w:num w:numId="8" w16cid:durableId="1840924809">
    <w:abstractNumId w:val="1"/>
  </w:num>
  <w:num w:numId="9" w16cid:durableId="10932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030F"/>
    <w:rsid w:val="00614BDF"/>
    <w:rsid w:val="00866CA8"/>
    <w:rsid w:val="008960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429CD6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2026-08-29T11:31:00Z</dcterms:created>
  <dcterms:modified xsi:type="dcterms:W3CDTF">2026-08-29T11:31:00Z</dcterms:modified>
  <cp:category/>
</cp:coreProperties>
</file>