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CD609" w14:textId="77777777" w:rsidR="000B6BE5" w:rsidRDefault="00152854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279BF9CD" w14:textId="77777777" w:rsidR="000B6BE5" w:rsidRDefault="00152854">
      <w:pPr>
        <w:spacing w:after="40"/>
        <w:jc w:val="center"/>
      </w:pPr>
      <w:r>
        <w:rPr>
          <w:rFonts w:ascii="Century Gothic" w:hAnsi="Century Gothic"/>
          <w:b/>
          <w:sz w:val="26"/>
        </w:rPr>
        <w:t>Religious Education – Cycle B Curriculum Overview Map</w:t>
      </w:r>
    </w:p>
    <w:p w14:paraId="25CB01D8" w14:textId="77777777" w:rsidR="000B6BE5" w:rsidRDefault="00152854">
      <w:pPr>
        <w:spacing w:after="16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24"/>
        <w:gridCol w:w="2183"/>
        <w:gridCol w:w="2183"/>
        <w:gridCol w:w="2183"/>
        <w:gridCol w:w="2183"/>
        <w:gridCol w:w="2183"/>
        <w:gridCol w:w="2183"/>
      </w:tblGrid>
      <w:tr w:rsidR="000B6BE5" w14:paraId="4FD92DDD" w14:textId="77777777">
        <w:tc>
          <w:tcPr>
            <w:tcW w:w="2324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12832C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F28AA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08015D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90D26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A45C5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35DAD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183" w:type="dxa"/>
            <w:shd w:val="clear" w:color="auto" w:fill="17365D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D77C9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0B6BE5" w14:paraId="77DA31F4" w14:textId="77777777">
        <w:trPr>
          <w:trHeight w:val="1500"/>
        </w:trPr>
        <w:tc>
          <w:tcPr>
            <w:tcW w:w="2324" w:type="dxa"/>
            <w:shd w:val="clear" w:color="auto" w:fill="9DC3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15AF0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– Years 1/2)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A995A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Where is religion in our local community?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6A0EAE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Why does Christmas matter to Christians?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1DBCA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Christianity: Stories about Jesus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199F29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Christianity: Why does Easter matter to Christians?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BCC60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Hindu Dharma: What do our senses tell us about Hindu worship?</w:t>
            </w:r>
          </w:p>
        </w:tc>
        <w:tc>
          <w:tcPr>
            <w:tcW w:w="2183" w:type="dxa"/>
            <w:shd w:val="clear" w:color="auto" w:fill="DDEB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DC489B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Dharma: How do celebrations give Hindus a sense of belonging?</w:t>
            </w:r>
          </w:p>
        </w:tc>
      </w:tr>
      <w:tr w:rsidR="000B6BE5" w14:paraId="79101420" w14:textId="77777777">
        <w:trPr>
          <w:trHeight w:val="1500"/>
        </w:trPr>
        <w:tc>
          <w:tcPr>
            <w:tcW w:w="2324" w:type="dxa"/>
            <w:shd w:val="clear" w:color="auto" w:fill="A9D18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BB6112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– Years 3/4)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8793BB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Islam: Where do Islamic beliefs come from?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B3C82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 / Judaism / Islam: What does sacrifice mean?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D1D52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How do people think about poverty, justice &amp; self-sacrifice?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AAA151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Islam / Christianity: How do people contribute to society?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B61B0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Islam: How have people and events in history shaped Islamic diversity?</w:t>
            </w:r>
          </w:p>
        </w:tc>
        <w:tc>
          <w:tcPr>
            <w:tcW w:w="2183" w:type="dxa"/>
            <w:shd w:val="clear" w:color="auto" w:fill="E2F0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F7ECB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How has religion and belief shaped our local area?</w:t>
            </w:r>
          </w:p>
        </w:tc>
      </w:tr>
      <w:tr w:rsidR="000B6BE5" w14:paraId="6DD3359E" w14:textId="77777777">
        <w:trPr>
          <w:trHeight w:val="1500"/>
        </w:trPr>
        <w:tc>
          <w:tcPr>
            <w:tcW w:w="2324" w:type="dxa"/>
            <w:shd w:val="clear" w:color="auto" w:fill="F4B18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E0FC6B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– Years 5/6)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08B2E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 – How are Hindu beliefs expressed in artefacts and worship?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285CB8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Hindu Dharma – How does sacred text help Hindus understand Dharma?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79E619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Social Sciences: Hindu Dharma: In what diverse ways do Hindus build a sense of community?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7D0C18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How have people and events in history shaped Christian diversity?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45EBB4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Theology: Christianity: How have people and events in history shaped Christian diversity?</w:t>
            </w:r>
          </w:p>
        </w:tc>
        <w:tc>
          <w:tcPr>
            <w:tcW w:w="2183" w:type="dxa"/>
            <w:shd w:val="clear" w:color="auto" w:fill="FCE4D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04351" w14:textId="77777777" w:rsidR="000B6BE5" w:rsidRDefault="00152854">
            <w:pPr>
              <w:jc w:val="center"/>
            </w:pPr>
            <w:r>
              <w:rPr>
                <w:rFonts w:ascii="Century Gothic" w:hAnsi="Century Gothic"/>
                <w:sz w:val="14"/>
              </w:rPr>
              <w:t>Philosophy: Where do I stand? Personal worldviews through artistic expression</w:t>
            </w:r>
          </w:p>
        </w:tc>
      </w:tr>
    </w:tbl>
    <w:p w14:paraId="5ABCDB45" w14:textId="77777777" w:rsidR="000B6BE5" w:rsidRDefault="00152854">
      <w:pPr>
        <w:spacing w:before="120"/>
        <w:jc w:val="center"/>
      </w:pPr>
      <w:r>
        <w:rPr>
          <w:rFonts w:ascii="Century Gothic" w:hAnsi="Century Gothic"/>
          <w:i/>
          <w:sz w:val="14"/>
        </w:rPr>
        <w:t>Overview drawn directly from the Cycle B whole-year long-term plans for Seashells, Jellyfish and Corals.</w:t>
      </w:r>
    </w:p>
    <w:sectPr w:rsidR="000B6BE5" w:rsidSect="00034616">
      <w:pgSz w:w="16838" w:h="11906" w:orient="landscape"/>
      <w:pgMar w:top="624" w:right="454" w:bottom="62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18000554">
    <w:abstractNumId w:val="8"/>
  </w:num>
  <w:num w:numId="2" w16cid:durableId="2111391091">
    <w:abstractNumId w:val="6"/>
  </w:num>
  <w:num w:numId="3" w16cid:durableId="422141167">
    <w:abstractNumId w:val="5"/>
  </w:num>
  <w:num w:numId="4" w16cid:durableId="762263254">
    <w:abstractNumId w:val="4"/>
  </w:num>
  <w:num w:numId="5" w16cid:durableId="938293614">
    <w:abstractNumId w:val="7"/>
  </w:num>
  <w:num w:numId="6" w16cid:durableId="1823424417">
    <w:abstractNumId w:val="3"/>
  </w:num>
  <w:num w:numId="7" w16cid:durableId="1332872117">
    <w:abstractNumId w:val="2"/>
  </w:num>
  <w:num w:numId="8" w16cid:durableId="383678349">
    <w:abstractNumId w:val="1"/>
  </w:num>
  <w:num w:numId="9" w16cid:durableId="97827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BE5"/>
    <w:rsid w:val="0015074B"/>
    <w:rsid w:val="00152854"/>
    <w:rsid w:val="0029639D"/>
    <w:rsid w:val="00326F90"/>
    <w:rsid w:val="00866CA8"/>
    <w:rsid w:val="00AA1D8D"/>
    <w:rsid w:val="00AA7777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16CB9D2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2026-08-29T11:32:00Z</dcterms:created>
  <dcterms:modified xsi:type="dcterms:W3CDTF">2026-08-29T11:32:00Z</dcterms:modified>
  <cp:category/>
</cp:coreProperties>
</file>