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86D35" w14:textId="77777777" w:rsidR="00D3122B" w:rsidRDefault="0048180D">
      <w:pPr>
        <w:spacing w:after="20"/>
        <w:jc w:val="center"/>
      </w:pPr>
      <w:r>
        <w:rPr>
          <w:rFonts w:ascii="Century Gothic" w:hAnsi="Century Gothic"/>
          <w:b/>
          <w:sz w:val="30"/>
        </w:rPr>
        <w:t>Chapel St Leonards Primary School &amp; Nursery</w:t>
      </w:r>
    </w:p>
    <w:p w14:paraId="6F323BC7" w14:textId="77777777" w:rsidR="00D3122B" w:rsidRDefault="0048180D">
      <w:pPr>
        <w:spacing w:after="20"/>
        <w:jc w:val="center"/>
      </w:pPr>
      <w:r>
        <w:rPr>
          <w:rFonts w:ascii="Century Gothic" w:hAnsi="Century Gothic"/>
          <w:b/>
          <w:sz w:val="26"/>
        </w:rPr>
        <w:t>Spanish - Cycle B Curriculum Overview Map</w:t>
      </w:r>
    </w:p>
    <w:p w14:paraId="752C43F7" w14:textId="77777777" w:rsidR="00D3122B" w:rsidRDefault="0048180D">
      <w:pPr>
        <w:spacing w:after="140"/>
        <w:jc w:val="center"/>
      </w:pPr>
      <w:r>
        <w:rPr>
          <w:rFonts w:ascii="Century Gothic" w:hAnsi="Century Gothic"/>
          <w:i/>
          <w:sz w:val="18"/>
        </w:rPr>
        <w:t>Ambition for All, Limits for None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00"/>
        <w:gridCol w:w="2200"/>
        <w:gridCol w:w="2200"/>
        <w:gridCol w:w="2200"/>
        <w:gridCol w:w="2200"/>
        <w:gridCol w:w="2200"/>
      </w:tblGrid>
      <w:tr w:rsidR="00D3122B" w14:paraId="3B5B5CA6" w14:textId="77777777">
        <w:tc>
          <w:tcPr>
            <w:tcW w:w="2268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38528B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Class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1C3630F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BBF1A5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320D73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ACBB1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A53A1D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B34B45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2</w:t>
            </w:r>
          </w:p>
        </w:tc>
      </w:tr>
      <w:tr w:rsidR="00D3122B" w14:paraId="735D3349" w14:textId="77777777">
        <w:trPr>
          <w:trHeight w:val="1500"/>
        </w:trPr>
        <w:tc>
          <w:tcPr>
            <w:tcW w:w="2268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E2A31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Seashells (KS1 - Years 1/2)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A56421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Incidental Spanish skills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F2705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Incidental Spanish skills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88CD45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Incidental Spanish skills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037C3D5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Incidental Spanish skills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608E35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Incidental Spanish skills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3C5A33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Incidental Spanish skills</w:t>
            </w:r>
          </w:p>
        </w:tc>
      </w:tr>
      <w:tr w:rsidR="00D3122B" w14:paraId="005F41D1" w14:textId="77777777">
        <w:trPr>
          <w:trHeight w:val="1500"/>
        </w:trPr>
        <w:tc>
          <w:tcPr>
            <w:tcW w:w="2268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8572C6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Jellyfish (LKS2 - Years 3/4)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910E7D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Phonics 1 &amp; 2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E5B537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Musical Instruments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65D6B9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Seasons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EB4595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Vegetables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D93ED1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Ice Creams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4BC207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My Family</w:t>
            </w:r>
          </w:p>
        </w:tc>
      </w:tr>
      <w:tr w:rsidR="00D3122B" w14:paraId="7C11E272" w14:textId="77777777">
        <w:trPr>
          <w:trHeight w:val="1500"/>
        </w:trPr>
        <w:tc>
          <w:tcPr>
            <w:tcW w:w="2268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6C9609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Corals (UKS2 - Years 5/6)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C4D06F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Phonics 3 &amp; 4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7CE92D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The Date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0A1554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Do You Have a Pet?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E0F0E8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My Home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86F9BB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What Is the Weather?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2741BF" w14:textId="77777777" w:rsidR="00D3122B" w:rsidRDefault="0048180D">
            <w:pPr>
              <w:jc w:val="center"/>
            </w:pPr>
            <w:r>
              <w:rPr>
                <w:rFonts w:ascii="Century Gothic" w:hAnsi="Century Gothic"/>
                <w:sz w:val="14"/>
              </w:rPr>
              <w:t>In the Classroom / At School / Me in the World</w:t>
            </w:r>
          </w:p>
        </w:tc>
      </w:tr>
    </w:tbl>
    <w:p w14:paraId="55293A1B" w14:textId="77777777" w:rsidR="00D3122B" w:rsidRDefault="0048180D">
      <w:pPr>
        <w:spacing w:before="100"/>
        <w:jc w:val="center"/>
      </w:pPr>
      <w:r>
        <w:rPr>
          <w:rFonts w:ascii="Century Gothic" w:hAnsi="Century Gothic"/>
          <w:i/>
          <w:sz w:val="14"/>
        </w:rPr>
        <w:t>Cycle B Spanish overview follows the school mixed-age Spanish curriculum grid; KS1 Spanish is incidental.</w:t>
      </w:r>
    </w:p>
    <w:sectPr w:rsidR="00D3122B" w:rsidSect="00034616">
      <w:pgSz w:w="16838" w:h="11906" w:orient="landscape"/>
      <w:pgMar w:top="567" w:right="425" w:bottom="567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630510">
    <w:abstractNumId w:val="8"/>
  </w:num>
  <w:num w:numId="2" w16cid:durableId="1758793019">
    <w:abstractNumId w:val="6"/>
  </w:num>
  <w:num w:numId="3" w16cid:durableId="409934034">
    <w:abstractNumId w:val="5"/>
  </w:num>
  <w:num w:numId="4" w16cid:durableId="200217094">
    <w:abstractNumId w:val="4"/>
  </w:num>
  <w:num w:numId="5" w16cid:durableId="1073115008">
    <w:abstractNumId w:val="7"/>
  </w:num>
  <w:num w:numId="6" w16cid:durableId="450513837">
    <w:abstractNumId w:val="3"/>
  </w:num>
  <w:num w:numId="7" w16cid:durableId="201673312">
    <w:abstractNumId w:val="2"/>
  </w:num>
  <w:num w:numId="8" w16cid:durableId="746534038">
    <w:abstractNumId w:val="1"/>
  </w:num>
  <w:num w:numId="9" w16cid:durableId="1839538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180D"/>
    <w:rsid w:val="00645F30"/>
    <w:rsid w:val="00866CA8"/>
    <w:rsid w:val="00AA1D8D"/>
    <w:rsid w:val="00B47730"/>
    <w:rsid w:val="00CB0664"/>
    <w:rsid w:val="00D312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5E6748"/>
  <w14:defaultImageDpi w14:val="300"/>
  <w15:docId w15:val="{281B0230-C5D0-42FF-8F6F-9E0E2DD3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2026-08-29T11:39:00Z</dcterms:created>
  <dcterms:modified xsi:type="dcterms:W3CDTF">2026-08-29T11:39:00Z</dcterms:modified>
  <cp:category/>
</cp:coreProperties>
</file>